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5383"/>
        <w:gridCol w:w="5383"/>
      </w:tblGrid>
      <w:tr>
        <w:tc>
          <w:tcPr>
            <w:tcW w:type="dxa" w:w="5383"/>
            <w:tcBorders>
              <w:top w:val="single" w:sz="10" w:color="A00000"/>
              <w:left w:val="single" w:sz="10" w:color="A00000"/>
              <w:bottom w:val="single" w:sz="10" w:color="A00000"/>
              <w:right w:val="single" w:sz="10" w:color="A00000"/>
            </w:tcBorders>
          </w:tcPr>
          <w:p>
            <w:pPr>
              <w:jc w:val="center"/>
            </w:pPr>
            <w:r>
              <w:drawing>
                <wp:inline xmlns:a="http://schemas.openxmlformats.org/drawingml/2006/main" xmlns:pic="http://schemas.openxmlformats.org/drawingml/2006/picture">
                  <wp:extent cx="960120" cy="746968"/>
                  <wp:docPr id="1" name="Picture 1"/>
                  <wp:cNvGraphicFramePr>
                    <a:graphicFrameLocks noChangeAspect="1"/>
                  </wp:cNvGraphicFramePr>
                  <a:graphic>
                    <a:graphicData uri="http://schemas.openxmlformats.org/drawingml/2006/picture">
                      <pic:pic>
                        <pic:nvPicPr>
                          <pic:cNvPr id="0" name="1002440247.jpg"/>
                          <pic:cNvPicPr/>
                        </pic:nvPicPr>
                        <pic:blipFill>
                          <a:blip r:embed="rId9"/>
                          <a:stretch>
                            <a:fillRect/>
                          </a:stretch>
                        </pic:blipFill>
                        <pic:spPr>
                          <a:xfrm>
                            <a:off x="0" y="0"/>
                            <a:ext cx="960120" cy="746968"/>
                          </a:xfrm>
                          <a:prstGeom prst="rect"/>
                        </pic:spPr>
                      </pic:pic>
                    </a:graphicData>
                  </a:graphic>
                </wp:inline>
              </w:drawing>
            </w:r>
          </w:p>
        </w:tc>
        <w:tc>
          <w:tcPr>
            <w:tcW w:type="dxa" w:w="5383"/>
            <w:vAlign w:val="center"/>
            <w:tcBorders>
              <w:top w:val="single" w:sz="10" w:color="A00000"/>
              <w:left w:val="single" w:sz="10" w:color="A00000"/>
              <w:bottom w:val="single" w:sz="10" w:color="A00000"/>
              <w:right w:val="single" w:sz="10" w:color="A00000"/>
            </w:tcBorders>
          </w:tcPr>
          <w:p>
            <w:pPr>
              <w:jc w:val="center"/>
            </w:pPr>
            <w:r/>
            <w:r>
              <w:rPr>
                <w:rFonts w:ascii="Arial" w:hAnsi="Arial"/>
                <w:b/>
                <w:sz w:val="36"/>
              </w:rPr>
              <w:t>NO HUNGRY CHILD</w:t>
            </w:r>
          </w:p>
          <w:p>
            <w:pPr>
              <w:jc w:val="center"/>
            </w:pPr>
            <w:r>
              <w:rPr>
                <w:b/>
                <w:sz w:val="20"/>
              </w:rPr>
              <w:t>CHILD EDUCATION &amp; NUTRITION PROGRAM</w:t>
            </w:r>
          </w:p>
          <w:p>
            <w:pPr>
              <w:jc w:val="center"/>
            </w:pPr>
            <w:r>
              <w:rPr>
                <w:b w:val="0"/>
                <w:sz w:val="16"/>
              </w:rPr>
              <w:t>30, Surveyor Street, DVG Road, Basavanagudi, Bangalore – 560004</w:t>
            </w:r>
          </w:p>
          <w:p>
            <w:pPr>
              <w:jc w:val="center"/>
            </w:pPr>
            <w:r>
              <w:rPr>
                <w:b w:val="0"/>
                <w:sz w:val="16"/>
              </w:rPr>
              <w:t>Phone: 080-41493493 | Email: mail@nohungrychild.co.in | Website: nohungrychild.co.in</w:t>
            </w:r>
          </w:p>
        </w:tc>
      </w:tr>
    </w:tbl>
    <w:p>
      <w:pPr>
        <w:jc w:val="center"/>
      </w:pPr>
      <w:r>
        <w:rPr>
          <w:b/>
          <w:sz w:val="30"/>
        </w:rPr>
        <w:t>CHILD REGISTRATION &amp; PARTICIPATION APPLICATION</w:t>
      </w:r>
    </w:p>
    <w:p>
      <w:pPr>
        <w:jc w:val="center"/>
      </w:pPr>
      <w:r>
        <w:rPr>
          <w:b/>
          <w:sz w:val="19"/>
        </w:rPr>
        <w:t>For No Hungry Child Education &amp; Nutrition Programme</w:t>
      </w:r>
    </w:p>
    <w:p>
      <w:pPr>
        <w:spacing w:before="140" w:after="80"/>
      </w:pPr>
      <w:r>
        <w:rPr>
          <w:rFonts w:ascii="Arial" w:hAnsi="Arial"/>
          <w:b/>
          <w:sz w:val="22"/>
        </w:rPr>
        <w:t>A. CHILD DETAILS</w:t>
      </w:r>
    </w:p>
    <w:tbl>
      <w:tblPr>
        <w:tblW w:type="auto" w:w="0"/>
        <w:jc w:val="center"/>
        <w:tblLook w:firstColumn="1" w:firstRow="1" w:lastColumn="0" w:lastRow="0" w:noHBand="0" w:noVBand="1" w:val="04A0"/>
      </w:tblPr>
      <w:tblGrid>
        <w:gridCol w:w="5383"/>
        <w:gridCol w:w="5383"/>
      </w:tblGrid>
      <w:tr>
        <w:tc>
          <w:tcPr>
            <w:tcW w:type="dxa" w:w="5383"/>
          </w:tcPr>
          <w:p/>
          <w:tbl>
            <w:tblPr>
              <w:tblW w:type="auto" w:w="0"/>
              <w:tblLook w:firstColumn="1" w:firstRow="1" w:lastColumn="0" w:lastRow="0" w:noHBand="0" w:noVBand="1" w:val="04A0"/>
            </w:tblPr>
            <w:tblGrid>
              <w:gridCol w:w="2691"/>
              <w:gridCol w:w="2691"/>
            </w:tblGrid>
            <w:tr>
              <w:tc>
                <w:tcPr>
                  <w:tcW w:type="dxa" w:w="2691"/>
                  <w:vAlign w:val="center"/>
                  <w:shd w:fill="F2F2F2"/>
                  <w:tcBorders>
                    <w:top w:val="single" w:sz="6" w:color="808080"/>
                    <w:left w:val="single" w:sz="6" w:color="808080"/>
                    <w:bottom w:val="single" w:sz="6" w:color="808080"/>
                    <w:right w:val="single" w:sz="6" w:color="808080"/>
                  </w:tcBorders>
                </w:tcPr>
                <w:p>
                  <w:r/>
                  <w:r>
                    <w:rPr>
                      <w:rFonts w:ascii="Arial" w:hAnsi="Arial"/>
                      <w:b/>
                      <w:sz w:val="16"/>
                    </w:rPr>
                    <w:t>Child ID (Office Use)</w:t>
                  </w:r>
                </w:p>
              </w:tc>
              <w:tc>
                <w:tcPr>
                  <w:tcW w:type="dxa" w:w="2691"/>
                  <w:vAlign w:val="center"/>
                  <w:tcBorders>
                    <w:top w:val="single" w:sz="6" w:color="808080"/>
                    <w:left w:val="single" w:sz="6" w:color="808080"/>
                    <w:bottom w:val="single" w:sz="6" w:color="808080"/>
                    <w:right w:val="single" w:sz="6" w:color="808080"/>
                  </w:tcBorders>
                </w:tcPr>
                <w:p>
                  <w:r/>
                  <w:r>
                    <w:rPr>
                      <w:rFonts w:ascii="Arial" w:hAnsi="Arial"/>
                      <w:b w:val="0"/>
                      <w:sz w:val="16"/>
                    </w:rPr>
                  </w:r>
                </w:p>
              </w:tc>
            </w:tr>
            <w:tr>
              <w:tc>
                <w:tcPr>
                  <w:tcW w:type="dxa" w:w="2691"/>
                  <w:vAlign w:val="center"/>
                  <w:shd w:fill="F2F2F2"/>
                  <w:tcBorders>
                    <w:top w:val="single" w:sz="6" w:color="808080"/>
                    <w:left w:val="single" w:sz="6" w:color="808080"/>
                    <w:bottom w:val="single" w:sz="6" w:color="808080"/>
                    <w:right w:val="single" w:sz="6" w:color="808080"/>
                  </w:tcBorders>
                </w:tcPr>
                <w:p>
                  <w:r/>
                  <w:r>
                    <w:rPr>
                      <w:rFonts w:ascii="Arial" w:hAnsi="Arial"/>
                      <w:b/>
                      <w:sz w:val="16"/>
                    </w:rPr>
                    <w:t>Child's Full Name</w:t>
                  </w:r>
                </w:p>
              </w:tc>
              <w:tc>
                <w:tcPr>
                  <w:tcW w:type="dxa" w:w="2691"/>
                  <w:vAlign w:val="center"/>
                  <w:tcBorders>
                    <w:top w:val="single" w:sz="6" w:color="808080"/>
                    <w:left w:val="single" w:sz="6" w:color="808080"/>
                    <w:bottom w:val="single" w:sz="6" w:color="808080"/>
                    <w:right w:val="single" w:sz="6" w:color="808080"/>
                  </w:tcBorders>
                </w:tcPr>
                <w:p>
                  <w:r/>
                  <w:r>
                    <w:rPr>
                      <w:rFonts w:ascii="Arial" w:hAnsi="Arial"/>
                      <w:b w:val="0"/>
                      <w:sz w:val="16"/>
                    </w:rPr>
                  </w:r>
                </w:p>
              </w:tc>
            </w:tr>
            <w:tr>
              <w:tc>
                <w:tcPr>
                  <w:tcW w:type="dxa" w:w="2691"/>
                  <w:vAlign w:val="center"/>
                  <w:shd w:fill="F2F2F2"/>
                  <w:tcBorders>
                    <w:top w:val="single" w:sz="6" w:color="808080"/>
                    <w:left w:val="single" w:sz="6" w:color="808080"/>
                    <w:bottom w:val="single" w:sz="6" w:color="808080"/>
                    <w:right w:val="single" w:sz="6" w:color="808080"/>
                  </w:tcBorders>
                </w:tcPr>
                <w:p>
                  <w:r/>
                  <w:r>
                    <w:rPr>
                      <w:rFonts w:ascii="Arial" w:hAnsi="Arial"/>
                      <w:b/>
                      <w:sz w:val="16"/>
                    </w:rPr>
                    <w:t>Name by which child is commonly known</w:t>
                  </w:r>
                </w:p>
              </w:tc>
              <w:tc>
                <w:tcPr>
                  <w:tcW w:type="dxa" w:w="2691"/>
                  <w:vAlign w:val="center"/>
                  <w:tcBorders>
                    <w:top w:val="single" w:sz="6" w:color="808080"/>
                    <w:left w:val="single" w:sz="6" w:color="808080"/>
                    <w:bottom w:val="single" w:sz="6" w:color="808080"/>
                    <w:right w:val="single" w:sz="6" w:color="808080"/>
                  </w:tcBorders>
                </w:tcPr>
                <w:p>
                  <w:r/>
                  <w:r>
                    <w:rPr>
                      <w:rFonts w:ascii="Arial" w:hAnsi="Arial"/>
                      <w:b w:val="0"/>
                      <w:sz w:val="16"/>
                    </w:rPr>
                  </w:r>
                </w:p>
              </w:tc>
            </w:tr>
            <w:tr>
              <w:tc>
                <w:tcPr>
                  <w:tcW w:type="dxa" w:w="2691"/>
                  <w:vAlign w:val="center"/>
                  <w:shd w:fill="F2F2F2"/>
                  <w:tcBorders>
                    <w:top w:val="single" w:sz="6" w:color="808080"/>
                    <w:left w:val="single" w:sz="6" w:color="808080"/>
                    <w:bottom w:val="single" w:sz="6" w:color="808080"/>
                    <w:right w:val="single" w:sz="6" w:color="808080"/>
                  </w:tcBorders>
                </w:tcPr>
                <w:p>
                  <w:r/>
                  <w:r>
                    <w:rPr>
                      <w:rFonts w:ascii="Arial" w:hAnsi="Arial"/>
                      <w:b/>
                      <w:sz w:val="16"/>
                    </w:rPr>
                    <w:t>Date of Birth / Approximate Age</w:t>
                  </w:r>
                </w:p>
              </w:tc>
              <w:tc>
                <w:tcPr>
                  <w:tcW w:type="dxa" w:w="2691"/>
                  <w:vAlign w:val="center"/>
                  <w:tcBorders>
                    <w:top w:val="single" w:sz="6" w:color="808080"/>
                    <w:left w:val="single" w:sz="6" w:color="808080"/>
                    <w:bottom w:val="single" w:sz="6" w:color="808080"/>
                    <w:right w:val="single" w:sz="6" w:color="808080"/>
                  </w:tcBorders>
                </w:tcPr>
                <w:p>
                  <w:r/>
                  <w:r>
                    <w:rPr>
                      <w:rFonts w:ascii="Arial" w:hAnsi="Arial"/>
                      <w:b w:val="0"/>
                      <w:sz w:val="16"/>
                    </w:rPr>
                  </w:r>
                </w:p>
              </w:tc>
            </w:tr>
            <w:tr>
              <w:tc>
                <w:tcPr>
                  <w:tcW w:type="dxa" w:w="2691"/>
                  <w:vAlign w:val="center"/>
                  <w:shd w:fill="F2F2F2"/>
                  <w:tcBorders>
                    <w:top w:val="single" w:sz="6" w:color="808080"/>
                    <w:left w:val="single" w:sz="6" w:color="808080"/>
                    <w:bottom w:val="single" w:sz="6" w:color="808080"/>
                    <w:right w:val="single" w:sz="6" w:color="808080"/>
                  </w:tcBorders>
                </w:tcPr>
                <w:p>
                  <w:r/>
                  <w:r>
                    <w:rPr>
                      <w:rFonts w:ascii="Arial" w:hAnsi="Arial"/>
                      <w:b/>
                      <w:sz w:val="16"/>
                    </w:rPr>
                    <w:t>Gender</w:t>
                  </w:r>
                </w:p>
              </w:tc>
              <w:tc>
                <w:tcPr>
                  <w:tcW w:type="dxa" w:w="2691"/>
                  <w:vAlign w:val="center"/>
                  <w:tcBorders>
                    <w:top w:val="single" w:sz="6" w:color="808080"/>
                    <w:left w:val="single" w:sz="6" w:color="808080"/>
                    <w:bottom w:val="single" w:sz="6" w:color="808080"/>
                    <w:right w:val="single" w:sz="6" w:color="808080"/>
                  </w:tcBorders>
                </w:tcPr>
                <w:p>
                  <w:r/>
                  <w:r>
                    <w:rPr>
                      <w:rFonts w:ascii="Arial" w:hAnsi="Arial"/>
                      <w:b w:val="0"/>
                      <w:sz w:val="16"/>
                    </w:rPr>
                  </w:r>
                </w:p>
              </w:tc>
            </w:tr>
            <w:tr>
              <w:tc>
                <w:tcPr>
                  <w:tcW w:type="dxa" w:w="2691"/>
                  <w:vAlign w:val="center"/>
                  <w:shd w:fill="F2F2F2"/>
                  <w:tcBorders>
                    <w:top w:val="single" w:sz="6" w:color="808080"/>
                    <w:left w:val="single" w:sz="6" w:color="808080"/>
                    <w:bottom w:val="single" w:sz="6" w:color="808080"/>
                    <w:right w:val="single" w:sz="6" w:color="808080"/>
                  </w:tcBorders>
                </w:tcPr>
                <w:p>
                  <w:r/>
                  <w:r>
                    <w:rPr>
                      <w:rFonts w:ascii="Arial" w:hAnsi="Arial"/>
                      <w:b/>
                      <w:sz w:val="16"/>
                    </w:rPr>
                    <w:t>Current Address / Locality</w:t>
                  </w:r>
                </w:p>
              </w:tc>
              <w:tc>
                <w:tcPr>
                  <w:tcW w:type="dxa" w:w="2691"/>
                  <w:vAlign w:val="center"/>
                  <w:tcBorders>
                    <w:top w:val="single" w:sz="6" w:color="808080"/>
                    <w:left w:val="single" w:sz="6" w:color="808080"/>
                    <w:bottom w:val="single" w:sz="6" w:color="808080"/>
                    <w:right w:val="single" w:sz="6" w:color="808080"/>
                  </w:tcBorders>
                </w:tcPr>
                <w:p>
                  <w:r/>
                  <w:r>
                    <w:rPr>
                      <w:rFonts w:ascii="Arial" w:hAnsi="Arial"/>
                      <w:b w:val="0"/>
                      <w:sz w:val="16"/>
                    </w:rPr>
                  </w:r>
                </w:p>
              </w:tc>
            </w:tr>
            <w:tr>
              <w:tc>
                <w:tcPr>
                  <w:tcW w:type="dxa" w:w="2691"/>
                  <w:vAlign w:val="center"/>
                  <w:shd w:fill="F2F2F2"/>
                  <w:tcBorders>
                    <w:top w:val="single" w:sz="6" w:color="808080"/>
                    <w:left w:val="single" w:sz="6" w:color="808080"/>
                    <w:bottom w:val="single" w:sz="6" w:color="808080"/>
                    <w:right w:val="single" w:sz="6" w:color="808080"/>
                  </w:tcBorders>
                </w:tcPr>
                <w:p>
                  <w:r/>
                  <w:r>
                    <w:rPr>
                      <w:rFonts w:ascii="Arial" w:hAnsi="Arial"/>
                      <w:b/>
                      <w:sz w:val="16"/>
                    </w:rPr>
                    <w:t>How long has the child been living in this locality?</w:t>
                  </w:r>
                </w:p>
              </w:tc>
              <w:tc>
                <w:tcPr>
                  <w:tcW w:type="dxa" w:w="2691"/>
                  <w:vAlign w:val="center"/>
                  <w:tcBorders>
                    <w:top w:val="single" w:sz="6" w:color="808080"/>
                    <w:left w:val="single" w:sz="6" w:color="808080"/>
                    <w:bottom w:val="single" w:sz="6" w:color="808080"/>
                    <w:right w:val="single" w:sz="6" w:color="808080"/>
                  </w:tcBorders>
                </w:tcPr>
                <w:p>
                  <w:r/>
                  <w:r>
                    <w:rPr>
                      <w:rFonts w:ascii="Arial" w:hAnsi="Arial"/>
                      <w:b w:val="0"/>
                      <w:sz w:val="16"/>
                    </w:rPr>
                  </w:r>
                </w:p>
              </w:tc>
            </w:tr>
          </w:tbl>
          <w:p/>
        </w:tc>
        <w:tc>
          <w:tcPr>
            <w:tcW w:type="dxa" w:w="5383"/>
            <w:vAlign w:val="center"/>
            <w:shd w:fill="F7F7F7"/>
            <w:tcBorders>
              <w:top w:val="single" w:sz="12" w:color="404040"/>
              <w:left w:val="single" w:sz="12" w:color="404040"/>
              <w:bottom w:val="single" w:sz="12" w:color="404040"/>
              <w:right w:val="single" w:sz="12" w:color="404040"/>
            </w:tcBorders>
          </w:tcPr>
          <w:p>
            <w:pPr>
              <w:jc w:val="center"/>
            </w:pPr>
            <w:r/>
            <w:r>
              <w:rPr>
                <w:rFonts w:ascii="Arial" w:hAnsi="Arial"/>
                <w:b/>
                <w:sz w:val="18"/>
              </w:rPr>
              <w:t>PASTE</w:t>
              <w:br/>
              <w:t>PASSPORT-SIZE</w:t>
              <w:br/>
              <w:t>PHOTOGRAPH</w:t>
              <w:br/>
              <w:t>OF THE CHILD</w:t>
              <w:br/>
              <w:t>HERE</w:t>
            </w:r>
          </w:p>
        </w:tc>
      </w:tr>
    </w:tbl>
    <w:p>
      <w:pPr>
        <w:spacing w:before="140" w:after="80"/>
      </w:pPr>
      <w:r>
        <w:rPr>
          <w:rFonts w:ascii="Arial" w:hAnsi="Arial"/>
          <w:b/>
          <w:sz w:val="22"/>
        </w:rPr>
        <w:t>B. CURRENT LIVING &amp; VULNERABILITY STATUS</w:t>
      </w:r>
    </w:p>
    <w:tbl>
      <w:tblPr>
        <w:tblW w:type="auto" w:w="0"/>
        <w:jc w:val="center"/>
        <w:tblLook w:firstColumn="1" w:firstRow="1" w:lastColumn="0" w:lastRow="0" w:noHBand="0" w:noVBand="1" w:val="04A0"/>
      </w:tblPr>
      <w:tblGrid>
        <w:gridCol w:w="5383"/>
        <w:gridCol w:w="5383"/>
      </w:tblGrid>
      <w:tr>
        <w:tc>
          <w:tcPr>
            <w:tcW w:type="dxa" w:w="5383"/>
            <w:vAlign w:val="center"/>
            <w:tcBorders>
              <w:top w:val="single" w:sz="4" w:color="C0C0C0"/>
              <w:left w:val="single" w:sz="4" w:color="C0C0C0"/>
              <w:bottom w:val="single" w:sz="4" w:color="C0C0C0"/>
              <w:right w:val="single" w:sz="4" w:color="C0C0C0"/>
            </w:tcBorders>
          </w:tcPr>
          <w:p>
            <w:r/>
            <w:r>
              <w:rPr>
                <w:rFonts w:ascii="Arial" w:hAnsi="Arial"/>
                <w:b w:val="0"/>
                <w:sz w:val="17"/>
              </w:rPr>
              <w:t>☐ Living on the street / without stable shelter</w:t>
            </w:r>
          </w:p>
        </w:tc>
        <w:tc>
          <w:tcPr>
            <w:tcW w:type="dxa" w:w="5383"/>
            <w:vAlign w:val="center"/>
            <w:tcBorders>
              <w:top w:val="single" w:sz="4" w:color="C0C0C0"/>
              <w:left w:val="single" w:sz="4" w:color="C0C0C0"/>
              <w:bottom w:val="single" w:sz="4" w:color="C0C0C0"/>
              <w:right w:val="single" w:sz="4" w:color="C0C0C0"/>
            </w:tcBorders>
          </w:tcPr>
          <w:p>
            <w:r/>
            <w:r>
              <w:rPr>
                <w:rFonts w:ascii="Arial" w:hAnsi="Arial"/>
                <w:b w:val="0"/>
                <w:sz w:val="17"/>
              </w:rPr>
              <w:t>☐ Homeless / temporary accommodation</w:t>
            </w:r>
          </w:p>
        </w:tc>
      </w:tr>
      <w:tr>
        <w:tc>
          <w:tcPr>
            <w:tcW w:type="dxa" w:w="5383"/>
            <w:vAlign w:val="center"/>
            <w:tcBorders>
              <w:top w:val="single" w:sz="4" w:color="C0C0C0"/>
              <w:left w:val="single" w:sz="4" w:color="C0C0C0"/>
              <w:bottom w:val="single" w:sz="4" w:color="C0C0C0"/>
              <w:right w:val="single" w:sz="4" w:color="C0C0C0"/>
            </w:tcBorders>
          </w:tcPr>
          <w:p>
            <w:r/>
            <w:r>
              <w:rPr>
                <w:rFonts w:ascii="Arial" w:hAnsi="Arial"/>
                <w:b w:val="0"/>
                <w:sz w:val="17"/>
              </w:rPr>
              <w:t>☐ Living in a slum / highly vulnerable community</w:t>
            </w:r>
          </w:p>
        </w:tc>
        <w:tc>
          <w:tcPr>
            <w:tcW w:type="dxa" w:w="5383"/>
            <w:vAlign w:val="center"/>
            <w:tcBorders>
              <w:top w:val="single" w:sz="4" w:color="C0C0C0"/>
              <w:left w:val="single" w:sz="4" w:color="C0C0C0"/>
              <w:bottom w:val="single" w:sz="4" w:color="C0C0C0"/>
              <w:right w:val="single" w:sz="4" w:color="C0C0C0"/>
            </w:tcBorders>
          </w:tcPr>
          <w:p>
            <w:r/>
            <w:r>
              <w:rPr>
                <w:rFonts w:ascii="Arial" w:hAnsi="Arial"/>
                <w:b w:val="0"/>
                <w:sz w:val="17"/>
              </w:rPr>
              <w:t>☐ Family is frequently mobile / migrant</w:t>
            </w:r>
          </w:p>
        </w:tc>
      </w:tr>
      <w:tr>
        <w:tc>
          <w:tcPr>
            <w:tcW w:type="dxa" w:w="5383"/>
            <w:vAlign w:val="center"/>
            <w:tcBorders>
              <w:top w:val="single" w:sz="4" w:color="C0C0C0"/>
              <w:left w:val="single" w:sz="4" w:color="C0C0C0"/>
              <w:bottom w:val="single" w:sz="4" w:color="C0C0C0"/>
              <w:right w:val="single" w:sz="4" w:color="C0C0C0"/>
            </w:tcBorders>
          </w:tcPr>
          <w:p>
            <w:r/>
            <w:r>
              <w:rPr>
                <w:rFonts w:ascii="Arial" w:hAnsi="Arial"/>
                <w:b w:val="0"/>
                <w:sz w:val="17"/>
              </w:rPr>
              <w:t>☐ Not currently attending school</w:t>
            </w:r>
          </w:p>
        </w:tc>
        <w:tc>
          <w:tcPr>
            <w:tcW w:type="dxa" w:w="5383"/>
            <w:vAlign w:val="center"/>
            <w:tcBorders>
              <w:top w:val="single" w:sz="4" w:color="C0C0C0"/>
              <w:left w:val="single" w:sz="4" w:color="C0C0C0"/>
              <w:bottom w:val="single" w:sz="4" w:color="C0C0C0"/>
              <w:right w:val="single" w:sz="4" w:color="C0C0C0"/>
            </w:tcBorders>
          </w:tcPr>
          <w:p>
            <w:r/>
            <w:r>
              <w:rPr>
                <w:rFonts w:ascii="Arial" w:hAnsi="Arial"/>
                <w:b w:val="0"/>
                <w:sz w:val="17"/>
              </w:rPr>
              <w:t>☐ Has dropped out of school</w:t>
            </w:r>
          </w:p>
        </w:tc>
      </w:tr>
      <w:tr>
        <w:tc>
          <w:tcPr>
            <w:tcW w:type="dxa" w:w="5383"/>
            <w:vAlign w:val="center"/>
            <w:tcBorders>
              <w:top w:val="single" w:sz="4" w:color="C0C0C0"/>
              <w:left w:val="single" w:sz="4" w:color="C0C0C0"/>
              <w:bottom w:val="single" w:sz="4" w:color="C0C0C0"/>
              <w:right w:val="single" w:sz="4" w:color="C0C0C0"/>
            </w:tcBorders>
          </w:tcPr>
          <w:p>
            <w:r/>
            <w:r>
              <w:rPr>
                <w:rFonts w:ascii="Arial" w:hAnsi="Arial"/>
                <w:b w:val="0"/>
                <w:sz w:val="17"/>
              </w:rPr>
              <w:t>☐ Has never been enrolled in school</w:t>
            </w:r>
          </w:p>
        </w:tc>
        <w:tc>
          <w:tcPr>
            <w:tcW w:type="dxa" w:w="5383"/>
            <w:vAlign w:val="center"/>
            <w:tcBorders>
              <w:top w:val="single" w:sz="4" w:color="C0C0C0"/>
              <w:left w:val="single" w:sz="4" w:color="C0C0C0"/>
              <w:bottom w:val="single" w:sz="4" w:color="C0C0C0"/>
              <w:right w:val="single" w:sz="4" w:color="C0C0C0"/>
            </w:tcBorders>
          </w:tcPr>
          <w:p>
            <w:r/>
            <w:r>
              <w:rPr>
                <w:rFonts w:ascii="Arial" w:hAnsi="Arial"/>
                <w:b w:val="0"/>
                <w:sz w:val="17"/>
              </w:rPr>
              <w:t>☐ Engaged in work / labour instead of regular schooling</w:t>
            </w:r>
          </w:p>
        </w:tc>
      </w:tr>
      <w:tr>
        <w:tc>
          <w:tcPr>
            <w:tcW w:type="dxa" w:w="5383"/>
            <w:vAlign w:val="center"/>
            <w:tcBorders>
              <w:top w:val="single" w:sz="4" w:color="C0C0C0"/>
              <w:left w:val="single" w:sz="4" w:color="C0C0C0"/>
              <w:bottom w:val="single" w:sz="4" w:color="C0C0C0"/>
              <w:right w:val="single" w:sz="4" w:color="C0C0C0"/>
            </w:tcBorders>
          </w:tcPr>
          <w:p>
            <w:r/>
            <w:r>
              <w:rPr>
                <w:rFonts w:ascii="Arial" w:hAnsi="Arial"/>
                <w:b w:val="0"/>
                <w:sz w:val="17"/>
              </w:rPr>
              <w:t>☐ Other vulnerability (specify): __________________</w:t>
            </w:r>
          </w:p>
        </w:tc>
        <w:tc>
          <w:tcPr>
            <w:tcW w:type="dxa" w:w="5383"/>
            <w:vAlign w:val="center"/>
            <w:tcBorders>
              <w:top w:val="single" w:sz="4" w:color="C0C0C0"/>
              <w:left w:val="single" w:sz="4" w:color="C0C0C0"/>
              <w:bottom w:val="single" w:sz="4" w:color="C0C0C0"/>
              <w:right w:val="single" w:sz="4" w:color="C0C0C0"/>
            </w:tcBorders>
          </w:tcPr>
          <w:p>
            <w:r/>
            <w:r>
              <w:rPr>
                <w:rFonts w:ascii="Arial" w:hAnsi="Arial"/>
                <w:b w:val="0"/>
                <w:sz w:val="17"/>
              </w:rPr>
            </w:r>
          </w:p>
        </w:tc>
      </w:tr>
    </w:tbl>
    <w:tbl>
      <w:tblPr>
        <w:tblW w:type="auto" w:w="0"/>
        <w:jc w:val="center"/>
        <w:tblLook w:firstColumn="1" w:firstRow="1" w:lastColumn="0" w:lastRow="0" w:noHBand="0" w:noVBand="1" w:val="04A0"/>
      </w:tblPr>
      <w:tblGrid>
        <w:gridCol w:w="5383"/>
        <w:gridCol w:w="5383"/>
      </w:tblGrid>
      <w:tr>
        <w:tc>
          <w:tcPr>
            <w:tcW w:type="dxa" w:w="5383"/>
            <w:vAlign w:val="center"/>
            <w:shd w:fill="F2F2F2"/>
            <w:tcBorders>
              <w:top w:val="single" w:sz="6" w:color="808080"/>
              <w:left w:val="single" w:sz="6" w:color="808080"/>
              <w:bottom w:val="single" w:sz="6" w:color="808080"/>
              <w:right w:val="single" w:sz="6" w:color="808080"/>
            </w:tcBorders>
          </w:tcPr>
          <w:p>
            <w:r/>
            <w:r>
              <w:rPr>
                <w:rFonts w:ascii="Arial" w:hAnsi="Arial"/>
                <w:b/>
                <w:sz w:val="17"/>
              </w:rPr>
              <w:t>Brief description of the child's current living situation</w:t>
            </w:r>
          </w:p>
        </w:tc>
        <w:tc>
          <w:tcPr>
            <w:tcW w:type="dxa" w:w="5383"/>
            <w:vAlign w:val="center"/>
            <w:tcBorders>
              <w:top w:val="single" w:sz="6" w:color="808080"/>
              <w:left w:val="single" w:sz="6" w:color="808080"/>
              <w:bottom w:val="single" w:sz="6" w:color="808080"/>
              <w:right w:val="single" w:sz="6" w:color="808080"/>
            </w:tcBorders>
          </w:tcPr>
          <w:p>
            <w:r/>
            <w:r>
              <w:rPr>
                <w:rFonts w:ascii="Arial" w:hAnsi="Arial"/>
                <w:b w:val="0"/>
                <w:sz w:val="17"/>
              </w:rPr>
              <w:br/>
              <w:br/>
            </w:r>
          </w:p>
        </w:tc>
      </w:tr>
    </w:tbl>
    <w:p>
      <w:pPr>
        <w:spacing w:before="140" w:after="80"/>
      </w:pPr>
      <w:r>
        <w:rPr>
          <w:rFonts w:ascii="Arial" w:hAnsi="Arial"/>
          <w:b/>
          <w:sz w:val="22"/>
        </w:rPr>
        <w:t>C. PARENT / GUARDIAN DETAILS</w:t>
      </w:r>
    </w:p>
    <w:tbl>
      <w:tblPr>
        <w:tblW w:type="auto" w:w="0"/>
        <w:jc w:val="center"/>
        <w:tblLook w:firstColumn="1" w:firstRow="1" w:lastColumn="0" w:lastRow="0" w:noHBand="0" w:noVBand="1" w:val="04A0"/>
      </w:tblPr>
      <w:tblGrid>
        <w:gridCol w:w="5383"/>
        <w:gridCol w:w="5383"/>
      </w:tblGrid>
      <w:tr>
        <w:tc>
          <w:tcPr>
            <w:tcW w:type="dxa" w:w="5383"/>
            <w:vAlign w:val="center"/>
            <w:shd w:fill="F2F2F2"/>
            <w:tcBorders>
              <w:top w:val="single" w:sz="6" w:color="808080"/>
              <w:left w:val="single" w:sz="6" w:color="808080"/>
              <w:bottom w:val="single" w:sz="6" w:color="808080"/>
              <w:right w:val="single" w:sz="6" w:color="808080"/>
            </w:tcBorders>
          </w:tcPr>
          <w:p>
            <w:r/>
            <w:r>
              <w:rPr>
                <w:rFonts w:ascii="Arial" w:hAnsi="Arial"/>
                <w:b/>
                <w:sz w:val="17"/>
              </w:rPr>
              <w:t>Father's Name (if applicable)</w:t>
            </w:r>
          </w:p>
        </w:tc>
        <w:tc>
          <w:tcPr>
            <w:tcW w:type="dxa" w:w="5383"/>
            <w:vAlign w:val="center"/>
            <w:tcBorders>
              <w:top w:val="single" w:sz="6" w:color="808080"/>
              <w:left w:val="single" w:sz="6" w:color="808080"/>
              <w:bottom w:val="single" w:sz="6" w:color="808080"/>
              <w:right w:val="single" w:sz="6" w:color="808080"/>
            </w:tcBorders>
          </w:tcPr>
          <w:p>
            <w:r/>
            <w:r>
              <w:rPr>
                <w:rFonts w:ascii="Arial" w:hAnsi="Arial"/>
                <w:b w:val="0"/>
                <w:sz w:val="17"/>
              </w:rPr>
            </w:r>
          </w:p>
        </w:tc>
      </w:tr>
      <w:tr>
        <w:tc>
          <w:tcPr>
            <w:tcW w:type="dxa" w:w="5383"/>
            <w:vAlign w:val="center"/>
            <w:shd w:fill="F2F2F2"/>
            <w:tcBorders>
              <w:top w:val="single" w:sz="6" w:color="808080"/>
              <w:left w:val="single" w:sz="6" w:color="808080"/>
              <w:bottom w:val="single" w:sz="6" w:color="808080"/>
              <w:right w:val="single" w:sz="6" w:color="808080"/>
            </w:tcBorders>
          </w:tcPr>
          <w:p>
            <w:r/>
            <w:r>
              <w:rPr>
                <w:rFonts w:ascii="Arial" w:hAnsi="Arial"/>
                <w:b/>
                <w:sz w:val="17"/>
              </w:rPr>
              <w:t>Mother's Name (if applicable)</w:t>
            </w:r>
          </w:p>
        </w:tc>
        <w:tc>
          <w:tcPr>
            <w:tcW w:type="dxa" w:w="5383"/>
            <w:vAlign w:val="center"/>
            <w:tcBorders>
              <w:top w:val="single" w:sz="6" w:color="808080"/>
              <w:left w:val="single" w:sz="6" w:color="808080"/>
              <w:bottom w:val="single" w:sz="6" w:color="808080"/>
              <w:right w:val="single" w:sz="6" w:color="808080"/>
            </w:tcBorders>
          </w:tcPr>
          <w:p>
            <w:r/>
            <w:r>
              <w:rPr>
                <w:rFonts w:ascii="Arial" w:hAnsi="Arial"/>
                <w:b w:val="0"/>
                <w:sz w:val="17"/>
              </w:rPr>
            </w:r>
          </w:p>
        </w:tc>
      </w:tr>
      <w:tr>
        <w:tc>
          <w:tcPr>
            <w:tcW w:type="dxa" w:w="5383"/>
            <w:vAlign w:val="center"/>
            <w:shd w:fill="F2F2F2"/>
            <w:tcBorders>
              <w:top w:val="single" w:sz="6" w:color="808080"/>
              <w:left w:val="single" w:sz="6" w:color="808080"/>
              <w:bottom w:val="single" w:sz="6" w:color="808080"/>
              <w:right w:val="single" w:sz="6" w:color="808080"/>
            </w:tcBorders>
          </w:tcPr>
          <w:p>
            <w:r/>
            <w:r>
              <w:rPr>
                <w:rFonts w:ascii="Arial" w:hAnsi="Arial"/>
                <w:b/>
                <w:sz w:val="17"/>
              </w:rPr>
              <w:t>Parent / Legal Guardian's Name</w:t>
            </w:r>
          </w:p>
        </w:tc>
        <w:tc>
          <w:tcPr>
            <w:tcW w:type="dxa" w:w="5383"/>
            <w:vAlign w:val="center"/>
            <w:tcBorders>
              <w:top w:val="single" w:sz="6" w:color="808080"/>
              <w:left w:val="single" w:sz="6" w:color="808080"/>
              <w:bottom w:val="single" w:sz="6" w:color="808080"/>
              <w:right w:val="single" w:sz="6" w:color="808080"/>
            </w:tcBorders>
          </w:tcPr>
          <w:p>
            <w:r/>
            <w:r>
              <w:rPr>
                <w:rFonts w:ascii="Arial" w:hAnsi="Arial"/>
                <w:b w:val="0"/>
                <w:sz w:val="17"/>
              </w:rPr>
            </w:r>
          </w:p>
        </w:tc>
      </w:tr>
      <w:tr>
        <w:tc>
          <w:tcPr>
            <w:tcW w:type="dxa" w:w="5383"/>
            <w:vAlign w:val="center"/>
            <w:shd w:fill="F2F2F2"/>
            <w:tcBorders>
              <w:top w:val="single" w:sz="6" w:color="808080"/>
              <w:left w:val="single" w:sz="6" w:color="808080"/>
              <w:bottom w:val="single" w:sz="6" w:color="808080"/>
              <w:right w:val="single" w:sz="6" w:color="808080"/>
            </w:tcBorders>
          </w:tcPr>
          <w:p>
            <w:r/>
            <w:r>
              <w:rPr>
                <w:rFonts w:ascii="Arial" w:hAnsi="Arial"/>
                <w:b/>
                <w:sz w:val="17"/>
              </w:rPr>
              <w:t>Relationship to Child</w:t>
            </w:r>
          </w:p>
        </w:tc>
        <w:tc>
          <w:tcPr>
            <w:tcW w:type="dxa" w:w="5383"/>
            <w:vAlign w:val="center"/>
            <w:tcBorders>
              <w:top w:val="single" w:sz="6" w:color="808080"/>
              <w:left w:val="single" w:sz="6" w:color="808080"/>
              <w:bottom w:val="single" w:sz="6" w:color="808080"/>
              <w:right w:val="single" w:sz="6" w:color="808080"/>
            </w:tcBorders>
          </w:tcPr>
          <w:p>
            <w:r/>
            <w:r>
              <w:rPr>
                <w:rFonts w:ascii="Arial" w:hAnsi="Arial"/>
                <w:b w:val="0"/>
                <w:sz w:val="17"/>
              </w:rPr>
            </w:r>
          </w:p>
        </w:tc>
      </w:tr>
      <w:tr>
        <w:tc>
          <w:tcPr>
            <w:tcW w:type="dxa" w:w="5383"/>
            <w:vAlign w:val="center"/>
            <w:shd w:fill="F2F2F2"/>
            <w:tcBorders>
              <w:top w:val="single" w:sz="6" w:color="808080"/>
              <w:left w:val="single" w:sz="6" w:color="808080"/>
              <w:bottom w:val="single" w:sz="6" w:color="808080"/>
              <w:right w:val="single" w:sz="6" w:color="808080"/>
            </w:tcBorders>
          </w:tcPr>
          <w:p>
            <w:r/>
            <w:r>
              <w:rPr>
                <w:rFonts w:ascii="Arial" w:hAnsi="Arial"/>
                <w:b/>
                <w:sz w:val="17"/>
              </w:rPr>
              <w:t>Mobile Number</w:t>
            </w:r>
          </w:p>
        </w:tc>
        <w:tc>
          <w:tcPr>
            <w:tcW w:type="dxa" w:w="5383"/>
            <w:vAlign w:val="center"/>
            <w:tcBorders>
              <w:top w:val="single" w:sz="6" w:color="808080"/>
              <w:left w:val="single" w:sz="6" w:color="808080"/>
              <w:bottom w:val="single" w:sz="6" w:color="808080"/>
              <w:right w:val="single" w:sz="6" w:color="808080"/>
            </w:tcBorders>
          </w:tcPr>
          <w:p>
            <w:r/>
            <w:r>
              <w:rPr>
                <w:rFonts w:ascii="Arial" w:hAnsi="Arial"/>
                <w:b w:val="0"/>
                <w:sz w:val="17"/>
              </w:rPr>
            </w:r>
          </w:p>
        </w:tc>
      </w:tr>
      <w:tr>
        <w:tc>
          <w:tcPr>
            <w:tcW w:type="dxa" w:w="5383"/>
            <w:vAlign w:val="center"/>
            <w:shd w:fill="F2F2F2"/>
            <w:tcBorders>
              <w:top w:val="single" w:sz="6" w:color="808080"/>
              <w:left w:val="single" w:sz="6" w:color="808080"/>
              <w:bottom w:val="single" w:sz="6" w:color="808080"/>
              <w:right w:val="single" w:sz="6" w:color="808080"/>
            </w:tcBorders>
          </w:tcPr>
          <w:p>
            <w:r/>
            <w:r>
              <w:rPr>
                <w:rFonts w:ascii="Arial" w:hAnsi="Arial"/>
                <w:b/>
                <w:sz w:val="17"/>
              </w:rPr>
              <w:t>Alternate Contact Number</w:t>
            </w:r>
          </w:p>
        </w:tc>
        <w:tc>
          <w:tcPr>
            <w:tcW w:type="dxa" w:w="5383"/>
            <w:vAlign w:val="center"/>
            <w:tcBorders>
              <w:top w:val="single" w:sz="6" w:color="808080"/>
              <w:left w:val="single" w:sz="6" w:color="808080"/>
              <w:bottom w:val="single" w:sz="6" w:color="808080"/>
              <w:right w:val="single" w:sz="6" w:color="808080"/>
            </w:tcBorders>
          </w:tcPr>
          <w:p>
            <w:r/>
            <w:r>
              <w:rPr>
                <w:rFonts w:ascii="Arial" w:hAnsi="Arial"/>
                <w:b w:val="0"/>
                <w:sz w:val="17"/>
              </w:rPr>
            </w:r>
          </w:p>
        </w:tc>
      </w:tr>
    </w:tbl>
    <w:p>
      <w:pPr>
        <w:spacing w:before="140" w:after="80"/>
      </w:pPr>
      <w:r>
        <w:rPr>
          <w:rFonts w:ascii="Arial" w:hAnsi="Arial"/>
          <w:b/>
          <w:sz w:val="22"/>
        </w:rPr>
        <w:t>D. EDUCATION DETAILS</w:t>
      </w:r>
    </w:p>
    <w:tbl>
      <w:tblPr>
        <w:tblW w:type="auto" w:w="0"/>
        <w:jc w:val="center"/>
        <w:tblLook w:firstColumn="1" w:firstRow="1" w:lastColumn="0" w:lastRow="0" w:noHBand="0" w:noVBand="1" w:val="04A0"/>
      </w:tblPr>
      <w:tblGrid>
        <w:gridCol w:w="5383"/>
        <w:gridCol w:w="5383"/>
      </w:tblGrid>
      <w:tr>
        <w:tc>
          <w:tcPr>
            <w:tcW w:type="dxa" w:w="5383"/>
            <w:vAlign w:val="center"/>
            <w:shd w:fill="F2F2F2"/>
            <w:tcBorders>
              <w:top w:val="single" w:sz="6" w:color="808080"/>
              <w:left w:val="single" w:sz="6" w:color="808080"/>
              <w:bottom w:val="single" w:sz="6" w:color="808080"/>
              <w:right w:val="single" w:sz="6" w:color="808080"/>
            </w:tcBorders>
          </w:tcPr>
          <w:p>
            <w:r/>
            <w:r>
              <w:rPr>
                <w:rFonts w:ascii="Arial" w:hAnsi="Arial"/>
                <w:b/>
                <w:sz w:val="17"/>
              </w:rPr>
              <w:t>Is the child currently attending school?</w:t>
            </w:r>
          </w:p>
        </w:tc>
        <w:tc>
          <w:tcPr>
            <w:tcW w:type="dxa" w:w="5383"/>
            <w:vAlign w:val="center"/>
            <w:tcBorders>
              <w:top w:val="single" w:sz="6" w:color="808080"/>
              <w:left w:val="single" w:sz="6" w:color="808080"/>
              <w:bottom w:val="single" w:sz="6" w:color="808080"/>
              <w:right w:val="single" w:sz="6" w:color="808080"/>
            </w:tcBorders>
          </w:tcPr>
          <w:p>
            <w:r/>
            <w:r>
              <w:rPr>
                <w:rFonts w:ascii="Arial" w:hAnsi="Arial"/>
                <w:b w:val="0"/>
                <w:sz w:val="17"/>
              </w:rPr>
              <w:t>Yes / No</w:t>
            </w:r>
          </w:p>
        </w:tc>
      </w:tr>
      <w:tr>
        <w:tc>
          <w:tcPr>
            <w:tcW w:type="dxa" w:w="5383"/>
            <w:vAlign w:val="center"/>
            <w:shd w:fill="F2F2F2"/>
            <w:tcBorders>
              <w:top w:val="single" w:sz="6" w:color="808080"/>
              <w:left w:val="single" w:sz="6" w:color="808080"/>
              <w:bottom w:val="single" w:sz="6" w:color="808080"/>
              <w:right w:val="single" w:sz="6" w:color="808080"/>
            </w:tcBorders>
          </w:tcPr>
          <w:p>
            <w:r/>
            <w:r>
              <w:rPr>
                <w:rFonts w:ascii="Arial" w:hAnsi="Arial"/>
                <w:b/>
                <w:sz w:val="17"/>
              </w:rPr>
              <w:t>School Name (if currently enrolled)</w:t>
            </w:r>
          </w:p>
        </w:tc>
        <w:tc>
          <w:tcPr>
            <w:tcW w:type="dxa" w:w="5383"/>
            <w:vAlign w:val="center"/>
            <w:tcBorders>
              <w:top w:val="single" w:sz="6" w:color="808080"/>
              <w:left w:val="single" w:sz="6" w:color="808080"/>
              <w:bottom w:val="single" w:sz="6" w:color="808080"/>
              <w:right w:val="single" w:sz="6" w:color="808080"/>
            </w:tcBorders>
          </w:tcPr>
          <w:p>
            <w:r/>
            <w:r>
              <w:rPr>
                <w:rFonts w:ascii="Arial" w:hAnsi="Arial"/>
                <w:b w:val="0"/>
                <w:sz w:val="17"/>
              </w:rPr>
            </w:r>
          </w:p>
        </w:tc>
      </w:tr>
      <w:tr>
        <w:tc>
          <w:tcPr>
            <w:tcW w:type="dxa" w:w="5383"/>
            <w:vAlign w:val="center"/>
            <w:shd w:fill="F2F2F2"/>
            <w:tcBorders>
              <w:top w:val="single" w:sz="6" w:color="808080"/>
              <w:left w:val="single" w:sz="6" w:color="808080"/>
              <w:bottom w:val="single" w:sz="6" w:color="808080"/>
              <w:right w:val="single" w:sz="6" w:color="808080"/>
            </w:tcBorders>
          </w:tcPr>
          <w:p>
            <w:r/>
            <w:r>
              <w:rPr>
                <w:rFonts w:ascii="Arial" w:hAnsi="Arial"/>
                <w:b/>
                <w:sz w:val="17"/>
              </w:rPr>
              <w:t>Last Class / Grade Attended</w:t>
            </w:r>
          </w:p>
        </w:tc>
        <w:tc>
          <w:tcPr>
            <w:tcW w:type="dxa" w:w="5383"/>
            <w:vAlign w:val="center"/>
            <w:tcBorders>
              <w:top w:val="single" w:sz="6" w:color="808080"/>
              <w:left w:val="single" w:sz="6" w:color="808080"/>
              <w:bottom w:val="single" w:sz="6" w:color="808080"/>
              <w:right w:val="single" w:sz="6" w:color="808080"/>
            </w:tcBorders>
          </w:tcPr>
          <w:p>
            <w:r/>
            <w:r>
              <w:rPr>
                <w:rFonts w:ascii="Arial" w:hAnsi="Arial"/>
                <w:b w:val="0"/>
                <w:sz w:val="17"/>
              </w:rPr>
            </w:r>
          </w:p>
        </w:tc>
      </w:tr>
      <w:tr>
        <w:tc>
          <w:tcPr>
            <w:tcW w:type="dxa" w:w="5383"/>
            <w:vAlign w:val="center"/>
            <w:shd w:fill="F2F2F2"/>
            <w:tcBorders>
              <w:top w:val="single" w:sz="6" w:color="808080"/>
              <w:left w:val="single" w:sz="6" w:color="808080"/>
              <w:bottom w:val="single" w:sz="6" w:color="808080"/>
              <w:right w:val="single" w:sz="6" w:color="808080"/>
            </w:tcBorders>
          </w:tcPr>
          <w:p>
            <w:r/>
            <w:r>
              <w:rPr>
                <w:rFonts w:ascii="Arial" w:hAnsi="Arial"/>
                <w:b/>
                <w:sz w:val="17"/>
              </w:rPr>
              <w:t>When did the child stop attending school?</w:t>
            </w:r>
          </w:p>
        </w:tc>
        <w:tc>
          <w:tcPr>
            <w:tcW w:type="dxa" w:w="5383"/>
            <w:vAlign w:val="center"/>
            <w:tcBorders>
              <w:top w:val="single" w:sz="6" w:color="808080"/>
              <w:left w:val="single" w:sz="6" w:color="808080"/>
              <w:bottom w:val="single" w:sz="6" w:color="808080"/>
              <w:right w:val="single" w:sz="6" w:color="808080"/>
            </w:tcBorders>
          </w:tcPr>
          <w:p>
            <w:r/>
            <w:r>
              <w:rPr>
                <w:rFonts w:ascii="Arial" w:hAnsi="Arial"/>
                <w:b w:val="0"/>
                <w:sz w:val="17"/>
              </w:rPr>
            </w:r>
          </w:p>
        </w:tc>
      </w:tr>
      <w:tr>
        <w:tc>
          <w:tcPr>
            <w:tcW w:type="dxa" w:w="5383"/>
            <w:vAlign w:val="center"/>
            <w:shd w:fill="F2F2F2"/>
            <w:tcBorders>
              <w:top w:val="single" w:sz="6" w:color="808080"/>
              <w:left w:val="single" w:sz="6" w:color="808080"/>
              <w:bottom w:val="single" w:sz="6" w:color="808080"/>
              <w:right w:val="single" w:sz="6" w:color="808080"/>
            </w:tcBorders>
          </w:tcPr>
          <w:p>
            <w:r/>
            <w:r>
              <w:rPr>
                <w:rFonts w:ascii="Arial" w:hAnsi="Arial"/>
                <w:b/>
                <w:sz w:val="17"/>
              </w:rPr>
              <w:t>Reason for non-enrolment / dropout</w:t>
            </w:r>
          </w:p>
        </w:tc>
        <w:tc>
          <w:tcPr>
            <w:tcW w:type="dxa" w:w="5383"/>
            <w:vAlign w:val="center"/>
            <w:tcBorders>
              <w:top w:val="single" w:sz="6" w:color="808080"/>
              <w:left w:val="single" w:sz="6" w:color="808080"/>
              <w:bottom w:val="single" w:sz="6" w:color="808080"/>
              <w:right w:val="single" w:sz="6" w:color="808080"/>
            </w:tcBorders>
          </w:tcPr>
          <w:p>
            <w:r/>
            <w:r>
              <w:rPr>
                <w:rFonts w:ascii="Arial" w:hAnsi="Arial"/>
                <w:b w:val="0"/>
                <w:sz w:val="17"/>
              </w:rPr>
            </w:r>
          </w:p>
        </w:tc>
      </w:tr>
    </w:tbl>
    <w:p>
      <w:pPr>
        <w:spacing w:before="140" w:after="80"/>
      </w:pPr>
      <w:r>
        <w:rPr>
          <w:rFonts w:ascii="Arial" w:hAnsi="Arial"/>
          <w:b/>
          <w:sz w:val="22"/>
        </w:rPr>
        <w:t>E. CHILD'S PARTICIPATION</w:t>
      </w:r>
    </w:p>
    <w:p>
      <w:pPr>
        <w:spacing w:after="20"/>
      </w:pPr>
      <w:r>
        <w:rPr>
          <w:sz w:val="18"/>
        </w:rPr>
        <w:t>☐ Child is willing to attend the centre regularly.</w:t>
      </w:r>
    </w:p>
    <w:p>
      <w:pPr>
        <w:spacing w:after="20"/>
      </w:pPr>
      <w:r>
        <w:rPr>
          <w:sz w:val="18"/>
        </w:rPr>
        <w:t>☐ Child can reasonably travel to the centre.</w:t>
      </w:r>
    </w:p>
    <w:p>
      <w:pPr>
        <w:spacing w:after="20"/>
      </w:pPr>
      <w:r>
        <w:rPr>
          <w:sz w:val="18"/>
        </w:rPr>
        <w:t>☐ Parent / guardian agrees to support regular attendance.</w:t>
      </w:r>
    </w:p>
    <w:p>
      <w:pPr>
        <w:spacing w:after="20"/>
      </w:pPr>
      <w:r>
        <w:rPr>
          <w:sz w:val="18"/>
        </w:rPr>
        <w:t>☐ Parent / guardian understands that this is an education, development and nutrition programme — not only a meal programme.</w:t>
      </w:r>
    </w:p>
    <w:p>
      <w:r>
        <w:br w:type="page"/>
      </w:r>
    </w:p>
    <w:p>
      <w:pPr>
        <w:spacing w:before="140" w:after="80"/>
      </w:pPr>
      <w:r>
        <w:rPr>
          <w:rFonts w:ascii="Arial" w:hAnsi="Arial"/>
          <w:b/>
          <w:sz w:val="22"/>
        </w:rPr>
        <w:t>F. PROGRAM PARTICIPATION &amp; CONSENT</w:t>
      </w:r>
    </w:p>
    <w:tbl>
      <w:tblPr>
        <w:tblW w:type="auto" w:w="0"/>
        <w:jc w:val="center"/>
        <w:tblLook w:firstColumn="1" w:firstRow="1" w:lastColumn="0" w:lastRow="0" w:noHBand="0" w:noVBand="1" w:val="04A0"/>
      </w:tblPr>
      <w:tblGrid>
        <w:gridCol w:w="5383"/>
        <w:gridCol w:w="5383"/>
      </w:tblGrid>
      <w:tr>
        <w:tc>
          <w:tcPr>
            <w:tcW w:type="dxa" w:w="5383"/>
            <w:vAlign w:val="center"/>
            <w:shd w:fill="F2F2F2"/>
            <w:tcBorders>
              <w:top w:val="single" w:sz="6" w:color="808080"/>
              <w:left w:val="single" w:sz="6" w:color="808080"/>
              <w:bottom w:val="single" w:sz="6" w:color="808080"/>
              <w:right w:val="single" w:sz="6" w:color="808080"/>
            </w:tcBorders>
          </w:tcPr>
          <w:p>
            <w:r/>
            <w:r>
              <w:rPr>
                <w:rFonts w:ascii="Arial" w:hAnsi="Arial"/>
                <w:b/>
                <w:sz w:val="17"/>
              </w:rPr>
            </w:r>
          </w:p>
        </w:tc>
        <w:tc>
          <w:tcPr>
            <w:tcW w:type="dxa" w:w="5383"/>
            <w:vAlign w:val="center"/>
            <w:tcBorders>
              <w:top w:val="single" w:sz="6" w:color="808080"/>
              <w:left w:val="single" w:sz="6" w:color="808080"/>
              <w:bottom w:val="single" w:sz="6" w:color="808080"/>
              <w:right w:val="single" w:sz="6" w:color="808080"/>
            </w:tcBorders>
          </w:tcPr>
          <w:p>
            <w:r/>
            <w:r>
              <w:rPr>
                <w:rFonts w:ascii="Arial" w:hAnsi="Arial"/>
                <w:b w:val="0"/>
                <w:sz w:val="17"/>
              </w:rPr>
              <w:t>I, the parent/legal guardian named above, understand that the No Hungry Child Education &amp; Nutrition Programme is intended primarily to support children who are out of school, homeless, living on the streets or in vulnerable communities, or otherwise in need of structured educational and developmental support. The programme aims to help children develop education, hygiene, healthy habits, discipline, positive behaviour, life skills and responsible citizenship, together with access to a nutritious meal.</w:t>
              <w:br/>
              <w:br/>
              <w:t>I voluntarily agree to my child's participation in the programme and will support regular attendance and cooperation with the programme team. I understand that the organisation may maintain records necessary for beneficiary verification, attendance, monitoring and impact reporting.</w:t>
            </w:r>
          </w:p>
        </w:tc>
      </w:tr>
    </w:tbl>
    <w:p>
      <w:pPr>
        <w:spacing w:before="140" w:after="80"/>
      </w:pPr>
      <w:r>
        <w:rPr>
          <w:rFonts w:ascii="Arial" w:hAnsi="Arial"/>
          <w:b/>
          <w:sz w:val="22"/>
        </w:rPr>
        <w:t>G. PHOTOGRAPH / MEDIA CONSENT</w:t>
      </w:r>
    </w:p>
    <w:tbl>
      <w:tblPr>
        <w:tblW w:type="auto" w:w="0"/>
        <w:jc w:val="center"/>
        <w:tblLook w:firstColumn="1" w:firstRow="1" w:lastColumn="0" w:lastRow="0" w:noHBand="0" w:noVBand="1" w:val="04A0"/>
      </w:tblPr>
      <w:tblGrid>
        <w:gridCol w:w="5383"/>
        <w:gridCol w:w="5383"/>
      </w:tblGrid>
      <w:tr>
        <w:tc>
          <w:tcPr>
            <w:tcW w:type="dxa" w:w="5383"/>
            <w:vAlign w:val="center"/>
            <w:shd w:fill="F2F2F2"/>
            <w:tcBorders>
              <w:top w:val="single" w:sz="6" w:color="808080"/>
              <w:left w:val="single" w:sz="6" w:color="808080"/>
              <w:bottom w:val="single" w:sz="6" w:color="808080"/>
              <w:right w:val="single" w:sz="6" w:color="808080"/>
            </w:tcBorders>
          </w:tcPr>
          <w:p>
            <w:r/>
            <w:r>
              <w:rPr>
                <w:rFonts w:ascii="Arial" w:hAnsi="Arial"/>
                <w:b/>
                <w:sz w:val="17"/>
              </w:rPr>
            </w:r>
          </w:p>
        </w:tc>
        <w:tc>
          <w:tcPr>
            <w:tcW w:type="dxa" w:w="5383"/>
            <w:vAlign w:val="center"/>
            <w:tcBorders>
              <w:top w:val="single" w:sz="6" w:color="808080"/>
              <w:left w:val="single" w:sz="6" w:color="808080"/>
              <w:bottom w:val="single" w:sz="6" w:color="808080"/>
              <w:right w:val="single" w:sz="6" w:color="808080"/>
            </w:tcBorders>
          </w:tcPr>
          <w:p>
            <w:r/>
            <w:r>
              <w:rPr>
                <w:rFonts w:ascii="Arial" w:hAnsi="Arial"/>
                <w:b w:val="0"/>
                <w:sz w:val="17"/>
              </w:rPr>
              <w:t>Photographs or videos may be taken for identification, monitoring and programme documentation. Separate permission should be obtained before using the child's image for public communication, social media, fundraising or promotional purposes.</w:t>
            </w:r>
          </w:p>
        </w:tc>
      </w:tr>
    </w:tbl>
    <w:p>
      <w:r>
        <w:rPr>
          <w:sz w:val="18"/>
        </w:rPr>
        <w:t>☐ I consent to photographs being used for programme records and monitoring.</w:t>
      </w:r>
    </w:p>
    <w:p>
      <w:r>
        <w:rPr>
          <w:sz w:val="18"/>
        </w:rPr>
        <w:t>☐ I separately consent to photographs/videos being used for public communication or fundraising.</w:t>
      </w:r>
    </w:p>
    <w:p>
      <w:r>
        <w:rPr>
          <w:sz w:val="18"/>
        </w:rPr>
        <w:t>☐ I do NOT consent to public use of my child's photograph/video.</w:t>
      </w:r>
    </w:p>
    <w:p>
      <w:pPr>
        <w:spacing w:before="140" w:after="80"/>
      </w:pPr>
      <w:r>
        <w:rPr>
          <w:rFonts w:ascii="Arial" w:hAnsi="Arial"/>
          <w:b/>
          <w:sz w:val="22"/>
        </w:rPr>
        <w:t>H. DECLARATION</w:t>
      </w:r>
    </w:p>
    <w:tbl>
      <w:tblPr>
        <w:tblW w:type="auto" w:w="0"/>
        <w:jc w:val="center"/>
        <w:tblLook w:firstColumn="1" w:firstRow="1" w:lastColumn="0" w:lastRow="0" w:noHBand="0" w:noVBand="1" w:val="04A0"/>
      </w:tblPr>
      <w:tblGrid>
        <w:gridCol w:w="5383"/>
        <w:gridCol w:w="5383"/>
      </w:tblGrid>
      <w:tr>
        <w:tc>
          <w:tcPr>
            <w:tcW w:type="dxa" w:w="5383"/>
            <w:vAlign w:val="center"/>
            <w:shd w:fill="F2F2F2"/>
            <w:tcBorders>
              <w:top w:val="single" w:sz="6" w:color="808080"/>
              <w:left w:val="single" w:sz="6" w:color="808080"/>
              <w:bottom w:val="single" w:sz="6" w:color="808080"/>
              <w:right w:val="single" w:sz="6" w:color="808080"/>
            </w:tcBorders>
          </w:tcPr>
          <w:p>
            <w:r/>
            <w:r>
              <w:rPr>
                <w:rFonts w:ascii="Arial" w:hAnsi="Arial"/>
                <w:b/>
                <w:sz w:val="17"/>
              </w:rPr>
            </w:r>
          </w:p>
        </w:tc>
        <w:tc>
          <w:tcPr>
            <w:tcW w:type="dxa" w:w="5383"/>
            <w:vAlign w:val="center"/>
            <w:tcBorders>
              <w:top w:val="single" w:sz="6" w:color="808080"/>
              <w:left w:val="single" w:sz="6" w:color="808080"/>
              <w:bottom w:val="single" w:sz="6" w:color="808080"/>
              <w:right w:val="single" w:sz="6" w:color="808080"/>
            </w:tcBorders>
          </w:tcPr>
          <w:p>
            <w:r/>
            <w:r>
              <w:rPr>
                <w:rFonts w:ascii="Arial" w:hAnsi="Arial"/>
                <w:b w:val="0"/>
                <w:sz w:val="17"/>
              </w:rPr>
              <w:t>I confirm that the information provided in this form is true to the best of my knowledge. I understand the purpose of the programme and agree to cooperate with the programme team in the child's best interests.</w:t>
            </w:r>
          </w:p>
        </w:tc>
      </w:tr>
    </w:tbl>
    <w:tbl>
      <w:tblPr>
        <w:tblW w:type="auto" w:w="0"/>
        <w:jc w:val="center"/>
        <w:tblLook w:firstColumn="1" w:firstRow="1" w:lastColumn="0" w:lastRow="0" w:noHBand="0" w:noVBand="1" w:val="04A0"/>
      </w:tblPr>
      <w:tblGrid>
        <w:gridCol w:w="5383"/>
        <w:gridCol w:w="5383"/>
      </w:tblGrid>
      <w:tr>
        <w:tc>
          <w:tcPr>
            <w:tcW w:type="dxa" w:w="5383"/>
            <w:vAlign w:val="center"/>
            <w:tcBorders>
              <w:top w:val="single" w:sz="6" w:color="808080"/>
              <w:left w:val="single" w:sz="6" w:color="808080"/>
              <w:bottom w:val="single" w:sz="6" w:color="808080"/>
              <w:right w:val="single" w:sz="6" w:color="808080"/>
            </w:tcBorders>
            <w:shd w:fill="FAFAFA"/>
          </w:tcPr>
          <w:p>
            <w:r/>
            <w:r>
              <w:rPr>
                <w:rFonts w:ascii="Arial" w:hAnsi="Arial"/>
                <w:b/>
                <w:sz w:val="17"/>
              </w:rPr>
              <w:t>Parent / Guardian Name</w:t>
              <w:br/>
              <w:br/>
            </w:r>
          </w:p>
        </w:tc>
        <w:tc>
          <w:tcPr>
            <w:tcW w:type="dxa" w:w="5383"/>
            <w:vAlign w:val="center"/>
            <w:tcBorders>
              <w:top w:val="single" w:sz="6" w:color="808080"/>
              <w:left w:val="single" w:sz="6" w:color="808080"/>
              <w:bottom w:val="single" w:sz="6" w:color="808080"/>
              <w:right w:val="single" w:sz="6" w:color="808080"/>
            </w:tcBorders>
            <w:shd w:fill="FAFAFA"/>
          </w:tcPr>
          <w:p>
            <w:r/>
            <w:r>
              <w:rPr>
                <w:rFonts w:ascii="Arial" w:hAnsi="Arial"/>
                <w:b/>
                <w:sz w:val="17"/>
              </w:rPr>
              <w:t>Signature / Thumb Impression</w:t>
              <w:br/>
              <w:br/>
            </w:r>
          </w:p>
        </w:tc>
      </w:tr>
      <w:tr>
        <w:tc>
          <w:tcPr>
            <w:tcW w:type="dxa" w:w="5383"/>
            <w:vAlign w:val="center"/>
            <w:tcBorders>
              <w:top w:val="single" w:sz="6" w:color="808080"/>
              <w:left w:val="single" w:sz="6" w:color="808080"/>
              <w:bottom w:val="single" w:sz="6" w:color="808080"/>
              <w:right w:val="single" w:sz="6" w:color="808080"/>
            </w:tcBorders>
            <w:shd w:fill="FAFAFA"/>
          </w:tcPr>
          <w:p>
            <w:r/>
            <w:r>
              <w:rPr>
                <w:rFonts w:ascii="Arial" w:hAnsi="Arial"/>
                <w:b/>
                <w:sz w:val="17"/>
              </w:rPr>
              <w:t>Date</w:t>
              <w:br/>
              <w:br/>
            </w:r>
          </w:p>
        </w:tc>
        <w:tc>
          <w:tcPr>
            <w:tcW w:type="dxa" w:w="5383"/>
            <w:vAlign w:val="center"/>
            <w:tcBorders>
              <w:top w:val="single" w:sz="6" w:color="808080"/>
              <w:left w:val="single" w:sz="6" w:color="808080"/>
              <w:bottom w:val="single" w:sz="6" w:color="808080"/>
              <w:right w:val="single" w:sz="6" w:color="808080"/>
            </w:tcBorders>
            <w:shd w:fill="FAFAFA"/>
          </w:tcPr>
          <w:p>
            <w:r/>
            <w:r>
              <w:rPr>
                <w:rFonts w:ascii="Arial" w:hAnsi="Arial"/>
                <w:b/>
                <w:sz w:val="17"/>
              </w:rPr>
              <w:t>Place</w:t>
              <w:br/>
              <w:br/>
            </w:r>
          </w:p>
        </w:tc>
      </w:tr>
      <w:tr>
        <w:tc>
          <w:tcPr>
            <w:tcW w:type="dxa" w:w="5383"/>
            <w:vAlign w:val="center"/>
            <w:tcBorders>
              <w:top w:val="single" w:sz="6" w:color="808080"/>
              <w:left w:val="single" w:sz="6" w:color="808080"/>
              <w:bottom w:val="single" w:sz="6" w:color="808080"/>
              <w:right w:val="single" w:sz="6" w:color="808080"/>
            </w:tcBorders>
            <w:shd w:fill="FAFAFA"/>
          </w:tcPr>
          <w:p>
            <w:r/>
            <w:r>
              <w:rPr>
                <w:rFonts w:ascii="Arial" w:hAnsi="Arial"/>
                <w:b/>
                <w:sz w:val="17"/>
              </w:rPr>
              <w:t>Field Worker Name</w:t>
              <w:br/>
              <w:br/>
            </w:r>
          </w:p>
        </w:tc>
        <w:tc>
          <w:tcPr>
            <w:tcW w:type="dxa" w:w="5383"/>
            <w:vAlign w:val="center"/>
            <w:tcBorders>
              <w:top w:val="single" w:sz="6" w:color="808080"/>
              <w:left w:val="single" w:sz="6" w:color="808080"/>
              <w:bottom w:val="single" w:sz="6" w:color="808080"/>
              <w:right w:val="single" w:sz="6" w:color="808080"/>
            </w:tcBorders>
            <w:shd w:fill="FAFAFA"/>
          </w:tcPr>
          <w:p>
            <w:r/>
            <w:r>
              <w:rPr>
                <w:rFonts w:ascii="Arial" w:hAnsi="Arial"/>
                <w:b/>
                <w:sz w:val="17"/>
              </w:rPr>
              <w:t>Field Worker Signature</w:t>
              <w:br/>
              <w:br/>
            </w:r>
          </w:p>
        </w:tc>
      </w:tr>
      <w:tr>
        <w:tc>
          <w:tcPr>
            <w:tcW w:type="dxa" w:w="5383"/>
            <w:vAlign w:val="center"/>
            <w:tcBorders>
              <w:top w:val="single" w:sz="6" w:color="808080"/>
              <w:left w:val="single" w:sz="6" w:color="808080"/>
              <w:bottom w:val="single" w:sz="6" w:color="808080"/>
              <w:right w:val="single" w:sz="6" w:color="808080"/>
            </w:tcBorders>
            <w:shd w:fill="FAFAFA"/>
          </w:tcPr>
          <w:p>
            <w:r/>
            <w:r>
              <w:rPr>
                <w:rFonts w:ascii="Arial" w:hAnsi="Arial"/>
                <w:b/>
                <w:sz w:val="17"/>
              </w:rPr>
              <w:t>Program Coordinator</w:t>
              <w:br/>
              <w:br/>
            </w:r>
          </w:p>
        </w:tc>
        <w:tc>
          <w:tcPr>
            <w:tcW w:type="dxa" w:w="5383"/>
            <w:vAlign w:val="center"/>
            <w:tcBorders>
              <w:top w:val="single" w:sz="6" w:color="808080"/>
              <w:left w:val="single" w:sz="6" w:color="808080"/>
              <w:bottom w:val="single" w:sz="6" w:color="808080"/>
              <w:right w:val="single" w:sz="6" w:color="808080"/>
            </w:tcBorders>
            <w:shd w:fill="FAFAFA"/>
          </w:tcPr>
          <w:p>
            <w:r/>
            <w:r>
              <w:rPr>
                <w:rFonts w:ascii="Arial" w:hAnsi="Arial"/>
                <w:b/>
                <w:sz w:val="17"/>
              </w:rPr>
              <w:t>Date of Verification</w:t>
              <w:br/>
              <w:br/>
            </w:r>
          </w:p>
        </w:tc>
      </w:tr>
    </w:tbl>
    <w:p>
      <w:pPr>
        <w:spacing w:before="140" w:after="80"/>
      </w:pPr>
      <w:r>
        <w:rPr>
          <w:rFonts w:ascii="Arial" w:hAnsi="Arial"/>
          <w:b/>
          <w:sz w:val="22"/>
        </w:rPr>
        <w:t>I. OFFICE USE ONLY</w:t>
      </w:r>
    </w:p>
    <w:tbl>
      <w:tblPr>
        <w:tblW w:type="auto" w:w="0"/>
        <w:jc w:val="center"/>
        <w:tblLook w:firstColumn="1" w:firstRow="1" w:lastColumn="0" w:lastRow="0" w:noHBand="0" w:noVBand="1" w:val="04A0"/>
      </w:tblPr>
      <w:tblGrid>
        <w:gridCol w:w="5383"/>
        <w:gridCol w:w="5383"/>
      </w:tblGrid>
      <w:tr>
        <w:tc>
          <w:tcPr>
            <w:tcW w:type="dxa" w:w="5383"/>
            <w:vAlign w:val="center"/>
            <w:shd w:fill="F2F2F2"/>
            <w:tcBorders>
              <w:top w:val="single" w:sz="6" w:color="808080"/>
              <w:left w:val="single" w:sz="6" w:color="808080"/>
              <w:bottom w:val="single" w:sz="6" w:color="808080"/>
              <w:right w:val="single" w:sz="6" w:color="808080"/>
            </w:tcBorders>
          </w:tcPr>
          <w:p>
            <w:r/>
            <w:r>
              <w:rPr>
                <w:rFonts w:ascii="Arial" w:hAnsi="Arial"/>
                <w:b/>
                <w:sz w:val="17"/>
              </w:rPr>
              <w:t>Verification Date</w:t>
            </w:r>
          </w:p>
        </w:tc>
        <w:tc>
          <w:tcPr>
            <w:tcW w:type="dxa" w:w="5383"/>
            <w:vAlign w:val="center"/>
            <w:tcBorders>
              <w:top w:val="single" w:sz="6" w:color="808080"/>
              <w:left w:val="single" w:sz="6" w:color="808080"/>
              <w:bottom w:val="single" w:sz="6" w:color="808080"/>
              <w:right w:val="single" w:sz="6" w:color="808080"/>
            </w:tcBorders>
          </w:tcPr>
          <w:p>
            <w:r/>
            <w:r>
              <w:rPr>
                <w:rFonts w:ascii="Arial" w:hAnsi="Arial"/>
                <w:b w:val="0"/>
                <w:sz w:val="17"/>
              </w:rPr>
            </w:r>
          </w:p>
        </w:tc>
      </w:tr>
      <w:tr>
        <w:tc>
          <w:tcPr>
            <w:tcW w:type="dxa" w:w="5383"/>
            <w:vAlign w:val="center"/>
            <w:shd w:fill="F2F2F2"/>
            <w:tcBorders>
              <w:top w:val="single" w:sz="6" w:color="808080"/>
              <w:left w:val="single" w:sz="6" w:color="808080"/>
              <w:bottom w:val="single" w:sz="6" w:color="808080"/>
              <w:right w:val="single" w:sz="6" w:color="808080"/>
            </w:tcBorders>
          </w:tcPr>
          <w:p>
            <w:r/>
            <w:r>
              <w:rPr>
                <w:rFonts w:ascii="Arial" w:hAnsi="Arial"/>
                <w:b/>
                <w:sz w:val="17"/>
              </w:rPr>
              <w:t>Verified By</w:t>
            </w:r>
          </w:p>
        </w:tc>
        <w:tc>
          <w:tcPr>
            <w:tcW w:type="dxa" w:w="5383"/>
            <w:vAlign w:val="center"/>
            <w:tcBorders>
              <w:top w:val="single" w:sz="6" w:color="808080"/>
              <w:left w:val="single" w:sz="6" w:color="808080"/>
              <w:bottom w:val="single" w:sz="6" w:color="808080"/>
              <w:right w:val="single" w:sz="6" w:color="808080"/>
            </w:tcBorders>
          </w:tcPr>
          <w:p>
            <w:r/>
            <w:r>
              <w:rPr>
                <w:rFonts w:ascii="Arial" w:hAnsi="Arial"/>
                <w:b w:val="0"/>
                <w:sz w:val="17"/>
              </w:rPr>
            </w:r>
          </w:p>
        </w:tc>
      </w:tr>
      <w:tr>
        <w:tc>
          <w:tcPr>
            <w:tcW w:type="dxa" w:w="5383"/>
            <w:vAlign w:val="center"/>
            <w:shd w:fill="F2F2F2"/>
            <w:tcBorders>
              <w:top w:val="single" w:sz="6" w:color="808080"/>
              <w:left w:val="single" w:sz="6" w:color="808080"/>
              <w:bottom w:val="single" w:sz="6" w:color="808080"/>
              <w:right w:val="single" w:sz="6" w:color="808080"/>
            </w:tcBorders>
          </w:tcPr>
          <w:p>
            <w:r/>
            <w:r>
              <w:rPr>
                <w:rFonts w:ascii="Arial" w:hAnsi="Arial"/>
                <w:b/>
                <w:sz w:val="17"/>
              </w:rPr>
              <w:t>Eligibility Category</w:t>
            </w:r>
          </w:p>
        </w:tc>
        <w:tc>
          <w:tcPr>
            <w:tcW w:type="dxa" w:w="5383"/>
            <w:vAlign w:val="center"/>
            <w:tcBorders>
              <w:top w:val="single" w:sz="6" w:color="808080"/>
              <w:left w:val="single" w:sz="6" w:color="808080"/>
              <w:bottom w:val="single" w:sz="6" w:color="808080"/>
              <w:right w:val="single" w:sz="6" w:color="808080"/>
            </w:tcBorders>
          </w:tcPr>
          <w:p>
            <w:r/>
            <w:r>
              <w:rPr>
                <w:rFonts w:ascii="Arial" w:hAnsi="Arial"/>
                <w:b w:val="0"/>
                <w:sz w:val="17"/>
              </w:rPr>
              <w:t>☐ Priority    ☐ Possible    ☐ Not Eligible</w:t>
            </w:r>
          </w:p>
        </w:tc>
      </w:tr>
      <w:tr>
        <w:tc>
          <w:tcPr>
            <w:tcW w:type="dxa" w:w="5383"/>
            <w:vAlign w:val="center"/>
            <w:shd w:fill="F2F2F2"/>
            <w:tcBorders>
              <w:top w:val="single" w:sz="6" w:color="808080"/>
              <w:left w:val="single" w:sz="6" w:color="808080"/>
              <w:bottom w:val="single" w:sz="6" w:color="808080"/>
              <w:right w:val="single" w:sz="6" w:color="808080"/>
            </w:tcBorders>
          </w:tcPr>
          <w:p>
            <w:r/>
            <w:r>
              <w:rPr>
                <w:rFonts w:ascii="Arial" w:hAnsi="Arial"/>
                <w:b/>
                <w:sz w:val="17"/>
              </w:rPr>
              <w:t>Reason for Selection / Non-selection</w:t>
            </w:r>
          </w:p>
        </w:tc>
        <w:tc>
          <w:tcPr>
            <w:tcW w:type="dxa" w:w="5383"/>
            <w:vAlign w:val="center"/>
            <w:tcBorders>
              <w:top w:val="single" w:sz="6" w:color="808080"/>
              <w:left w:val="single" w:sz="6" w:color="808080"/>
              <w:bottom w:val="single" w:sz="6" w:color="808080"/>
              <w:right w:val="single" w:sz="6" w:color="808080"/>
            </w:tcBorders>
          </w:tcPr>
          <w:p>
            <w:r/>
            <w:r>
              <w:rPr>
                <w:rFonts w:ascii="Arial" w:hAnsi="Arial"/>
                <w:b w:val="0"/>
                <w:sz w:val="17"/>
              </w:rPr>
              <w:br/>
            </w:r>
          </w:p>
        </w:tc>
      </w:tr>
      <w:tr>
        <w:tc>
          <w:tcPr>
            <w:tcW w:type="dxa" w:w="5383"/>
            <w:vAlign w:val="center"/>
            <w:shd w:fill="F2F2F2"/>
            <w:tcBorders>
              <w:top w:val="single" w:sz="6" w:color="808080"/>
              <w:left w:val="single" w:sz="6" w:color="808080"/>
              <w:bottom w:val="single" w:sz="6" w:color="808080"/>
              <w:right w:val="single" w:sz="6" w:color="808080"/>
            </w:tcBorders>
          </w:tcPr>
          <w:p>
            <w:r/>
            <w:r>
              <w:rPr>
                <w:rFonts w:ascii="Arial" w:hAnsi="Arial"/>
                <w:b/>
                <w:sz w:val="17"/>
              </w:rPr>
              <w:t>Baseline Assessment Completed</w:t>
            </w:r>
          </w:p>
        </w:tc>
        <w:tc>
          <w:tcPr>
            <w:tcW w:type="dxa" w:w="5383"/>
            <w:vAlign w:val="center"/>
            <w:tcBorders>
              <w:top w:val="single" w:sz="6" w:color="808080"/>
              <w:left w:val="single" w:sz="6" w:color="808080"/>
              <w:bottom w:val="single" w:sz="6" w:color="808080"/>
              <w:right w:val="single" w:sz="6" w:color="808080"/>
            </w:tcBorders>
          </w:tcPr>
          <w:p>
            <w:r/>
            <w:r>
              <w:rPr>
                <w:rFonts w:ascii="Arial" w:hAnsi="Arial"/>
                <w:b w:val="0"/>
                <w:sz w:val="17"/>
              </w:rPr>
              <w:t>Yes / No</w:t>
            </w:r>
          </w:p>
        </w:tc>
      </w:tr>
      <w:tr>
        <w:tc>
          <w:tcPr>
            <w:tcW w:type="dxa" w:w="5383"/>
            <w:vAlign w:val="center"/>
            <w:shd w:fill="F2F2F2"/>
            <w:tcBorders>
              <w:top w:val="single" w:sz="6" w:color="808080"/>
              <w:left w:val="single" w:sz="6" w:color="808080"/>
              <w:bottom w:val="single" w:sz="6" w:color="808080"/>
              <w:right w:val="single" w:sz="6" w:color="808080"/>
            </w:tcBorders>
          </w:tcPr>
          <w:p>
            <w:r/>
            <w:r>
              <w:rPr>
                <w:rFonts w:ascii="Arial" w:hAnsi="Arial"/>
                <w:b/>
                <w:sz w:val="17"/>
              </w:rPr>
              <w:t>Admission Approved By</w:t>
            </w:r>
          </w:p>
        </w:tc>
        <w:tc>
          <w:tcPr>
            <w:tcW w:type="dxa" w:w="5383"/>
            <w:vAlign w:val="center"/>
            <w:tcBorders>
              <w:top w:val="single" w:sz="6" w:color="808080"/>
              <w:left w:val="single" w:sz="6" w:color="808080"/>
              <w:bottom w:val="single" w:sz="6" w:color="808080"/>
              <w:right w:val="single" w:sz="6" w:color="808080"/>
            </w:tcBorders>
          </w:tcPr>
          <w:p>
            <w:r/>
            <w:r>
              <w:rPr>
                <w:rFonts w:ascii="Arial" w:hAnsi="Arial"/>
                <w:b w:val="0"/>
                <w:sz w:val="17"/>
              </w:rPr>
            </w:r>
          </w:p>
        </w:tc>
      </w:tr>
    </w:tbl>
    <w:p>
      <w:pPr>
        <w:jc w:val="center"/>
      </w:pPr>
      <w:r>
        <w:rPr>
          <w:i/>
          <w:sz w:val="16"/>
        </w:rPr>
        <w:t>Confidential beneficiary record — for authorised programme use only</w:t>
      </w:r>
    </w:p>
    <w:sectPr w:rsidR="00FC693F" w:rsidRPr="0006063C" w:rsidSect="00034616">
      <w:pgSz w:w="12240" w:h="15840"/>
      <w:pgMar w:top="680" w:right="737" w:bottom="680" w:left="7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